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נרדפות והפכים – משחק הסיכום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זוג מילים נרדפות לזוג מילים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בנרדפות ובהפכים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מילים בצורה משחקית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זיהוי: נרדפות או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שמח-עצוב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אור-חושך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הרגשה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יום ולילה הפוכים זה מזה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 מילה לבת זוגה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(זריז)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- מרימים שלט נרדפות או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משחק השעשועון בין שתי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בין תחנות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שני משפטים בדף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זוג מילים נרדפות, למשל: הילד השמח והעליז שיחק בגן.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חופשית שמראה הבנה של ההבדל בין נרדפות להפכים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קצרה על שני השלטים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לצמצם למשימות הזיהוי והמיון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משפטים בקול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נרדפות והפכים – משחק הסיכום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שלמדנו במשחק הסיכום: איך מזהים אם זוג מילים הוא זוג נרדפות (מילים שדומות במשמעות) או זוג הפכים (מילים הפוכות במשמעות).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נאה  ·  עליז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זיהוי: נרדפות או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זוג מהבאים הוא זוג של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גדול-ענק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שמח-עצוב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מהיר-זריז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זוג המילים הן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חכם-נבון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אור-חושך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גדול-ענק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'שמח' ו'עליז' הן מילים נרדפות.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'יום' ו'לילה' הן הפכים.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הנרדפת למילה 'שמח'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הנרדפת למילה 'יפה'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כל מילה לבת זוגה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זריז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מעבר בין תחנות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- מרימים שלט נרדפות או הפכים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שני משפטים בדף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משחק השעשועון בין שתי קבוצות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שבו תשתמשו בזוג מילים נרדפות.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'גדול-ענק' הן מילים נרדפות או 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'גדול-קטן' הן מילים נרדפות או 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נרדפות והפכים – משחק הסיכום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