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נרדפות והפכים – משחק הסיכום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זוג מילים נרדפות לזוג מילים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בנרדפות ובהפכים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מילים בצורה משחקית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זיהוי: נרדפות או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שמח-עצוב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קטן-זעיר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אור-חושך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יפה-נאה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הרגשה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אלה מילים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שתי המילים דומות במשמעות, הן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יום ולילה הפוכים זה מזה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לבת זוגה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מרימים שלט נרדפות או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 השעשועון בין שתי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בין תחנות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שני משפטים בדף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 וכרטיס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זוג מילים נרדפות, למשל: הילד השמח והעליז שיחק בגן.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עם זוג הפכים, למשל: ביום יש אור ובלילה יש חושך.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חופשית שמראה הבנה של ההבדל בין נרדפות להפכים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קצרה על שני השלטים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לצמצם למשימות הזיהוי והמיון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משפטים בקול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נרדפות והפכים – משחק הסיכום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נתרגל מילים. יש מילים שדומות - נרדפות. יש מילים הפוכות - הפכים. נלמד להבדיל ביניהן.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שהמשמעות שלהן דומה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שהמשמעות שלהן הפוכה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שבודקים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שעשועון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שאלות בין 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תחנת משחק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קטן בכיתה עם משחק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דברים לפי 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קטן שממלאים בסוף השיעור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זיהוי: נרדפות או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זוג הוא הפוך?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גדול-ענק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שמח-עצוב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מהיר-זריז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יפה-נאה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זוג דומה?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חם-קר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יום-לילה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קטן-זעיר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פתוח-סגור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זוג הפוך?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חכם-נבון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אור-חושך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גדול-ענק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שמח-עליז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זוג דומה?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גבוה-נמוך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מהר-לאט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יפה-נאה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יום-לילה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ו'עליז'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'גדול' ו'קטן'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'מהיר' ו'זריז' הן הפכים.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'יום' ו'לילה' הן הפכים.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הנרדפת למילה 'שמח'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מהמילה 'גדול'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הנרדפת למילה 'יפה'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מהמילה 'חם'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מילה לבת זוגה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בין תחנות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שני משפטים בדף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מרימים שלט נרדפות או הפכים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וכרטיס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השעשועון בין שתי 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תשתמשו בזוג מילים נרדפות.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תשתמשו בזוג מילים הפכים.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'גדול-ענק' הן מילים נרדפות או 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'גדול-קטן' הן מילים נרדפות או 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היום על נרדפות והפכים?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נרדפות והפכים – משחק הסיכום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