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נרדפות והפכים – משחק הסיכום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זוג מילים נרדפות לזוג מילים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בנרדפות ובהפכים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מילים בצורה משחקית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זיהוי: נרדפות או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שמח-עצוב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קטן-זעיר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אור-חושך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יפה-נאה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מתארות הרגשה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אלה מילים הפוכות במשמעות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שתי המילים דומות במשמעות, הן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יום ולילה הפוכים זה מזה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מילה לבת זוגה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(עליז)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(זריז)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(נאה)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מרימים שלט נרדפות או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 השעשועון בין שתי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מעבר בין תחנות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שני משפטים בדף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סיכום וכרטיס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זוג מילים נרדפות, למשל: הילד השמח והעליז שיחק בגן.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 עם זוג הפכים, למשל: ביום יש אור ובלילה יש חושך.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חופשית שמראה הבנה של ההבדל בין נרדפות להפכים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בחזרה קצרה על שני השלטים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לצמצם למשימות הזיהוי והמיון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משפטים בקול בסוף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נרדפות והפכים – משחק הסיכום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מה שלמדנו במשחק הסיכום: איך מזהים אם זוג מילים הוא זוג נרדפות (מילים שדומות במשמעות) או זוג הפכים (מילים הפוכות במשמעות).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זיהוי: נרדפות או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זוג מהבאים הוא זוג של הפכים?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גדול-ענק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שמח-עצוב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מהיר-זריז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יפה-נאה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זוג הוא זוג של נרדפות?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חם-קר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יום-לילה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קטן-זעיר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פתוח-סגור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זוג המילים הן הפכים?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חכם-נבון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אור-חושך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גדול-ענק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שמח-עליז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זוג המילים הן נרדפות?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גבוה-נמוך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מהר-לאט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יפה-נאה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יום-לילה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'שמח' ו'עליז'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'גדול' ו'קטן'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'מהיר' ו'זריז' הן הפכים.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'יום' ו'לילה' הן הפכים.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הנרדפת למילה 'שמח'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מהמילה 'גדול'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הנרדפת למילה 'יפה'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מהמילה 'חם'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 מילה לבת זוגה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זריז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עליז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קטן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בין תחנות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שני משפטים בדף העבודה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השעשועון בין שתי קבוצות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וכרטיס יציאה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- מרימים שלט נרדפות או הפכים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שבו תשתמשו בזוג מילים נרדפות.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שבו תשתמשו בזוג מילים הפכים.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'גדול-ענק' הן מילים נרדפות או הפכים?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'גדול-קטן' הן מילים נרדפות או הפכים?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היום על נרדפות והפכים?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נרדפות והפכים – משחק הסיכום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